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733" w:rsidRDefault="00AA066E" w:rsidP="00023BBB">
      <w:pPr>
        <w:pStyle w:val="Heading1"/>
        <w:bidi/>
        <w:jc w:val="both"/>
      </w:pPr>
      <w:r>
        <w:rPr>
          <w:rFonts w:cs="Calibri"/>
          <w:rtl/>
        </w:rPr>
        <w:t>فرم</w:t>
      </w:r>
      <w:r>
        <w:t xml:space="preserve"> </w:t>
      </w:r>
      <w:r>
        <w:rPr>
          <w:rFonts w:cs="Calibri"/>
          <w:rtl/>
        </w:rPr>
        <w:t>استاندارد</w:t>
      </w:r>
      <w:r>
        <w:t xml:space="preserve"> </w:t>
      </w:r>
      <w:r>
        <w:rPr>
          <w:rFonts w:cs="Calibri"/>
          <w:rtl/>
        </w:rPr>
        <w:t>خلاصه</w:t>
      </w:r>
      <w:r>
        <w:t xml:space="preserve"> </w:t>
      </w:r>
      <w:r>
        <w:rPr>
          <w:rFonts w:cs="Calibri"/>
          <w:rtl/>
        </w:rPr>
        <w:t>مقاله</w:t>
      </w:r>
      <w:r>
        <w:t xml:space="preserve"> </w:t>
      </w:r>
      <w:r>
        <w:rPr>
          <w:rFonts w:cs="Calibri"/>
          <w:rtl/>
        </w:rPr>
        <w:t>جهت</w:t>
      </w:r>
      <w:r>
        <w:t xml:space="preserve"> </w:t>
      </w:r>
      <w:r>
        <w:rPr>
          <w:rFonts w:cs="Calibri"/>
          <w:rtl/>
        </w:rPr>
        <w:t>چاپ</w:t>
      </w:r>
      <w:r>
        <w:t xml:space="preserve"> </w:t>
      </w:r>
      <w:r>
        <w:rPr>
          <w:rFonts w:cs="Calibri"/>
          <w:rtl/>
        </w:rPr>
        <w:t>در</w:t>
      </w:r>
      <w:r>
        <w:t xml:space="preserve"> </w:t>
      </w:r>
      <w:r>
        <w:rPr>
          <w:rFonts w:cs="Calibri"/>
          <w:rtl/>
        </w:rPr>
        <w:t>کتابچه</w:t>
      </w:r>
      <w:r>
        <w:t xml:space="preserve"> </w:t>
      </w:r>
      <w:r>
        <w:rPr>
          <w:rFonts w:cs="Calibri"/>
          <w:rtl/>
        </w:rPr>
        <w:t>کنگره</w:t>
      </w:r>
    </w:p>
    <w:p w:rsidR="00914733" w:rsidRDefault="00AA066E" w:rsidP="00023BBB">
      <w:pPr>
        <w:pStyle w:val="Heading2"/>
        <w:bidi/>
        <w:jc w:val="both"/>
      </w:pPr>
      <w:r>
        <w:rPr>
          <w:rFonts w:cs="Calibri"/>
          <w:rtl/>
        </w:rPr>
        <w:t>راهنمای</w:t>
      </w:r>
      <w:r>
        <w:t xml:space="preserve"> </w:t>
      </w:r>
      <w:r>
        <w:rPr>
          <w:rFonts w:cs="Calibri"/>
          <w:rtl/>
        </w:rPr>
        <w:t>تکمیل</w:t>
      </w:r>
      <w:r>
        <w:t xml:space="preserve"> </w:t>
      </w:r>
      <w:r>
        <w:rPr>
          <w:rFonts w:cs="Calibri"/>
          <w:rtl/>
        </w:rPr>
        <w:t>فرم</w:t>
      </w:r>
    </w:p>
    <w:p w:rsidR="00914733" w:rsidRPr="00023BBB" w:rsidRDefault="00AA066E" w:rsidP="00023BBB">
      <w:pPr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با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سپاس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از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مشارکت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ارزشمند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شما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کنگره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بین</w:t>
      </w:r>
      <w:r w:rsidRPr="00023BBB">
        <w:rPr>
          <w:rFonts w:ascii="Times New Roman" w:hAnsi="Times New Roman" w:cs="B Nazanin"/>
          <w:sz w:val="22"/>
          <w:szCs w:val="24"/>
        </w:rPr>
        <w:t>‌</w:t>
      </w:r>
      <w:r w:rsidRPr="00023BBB">
        <w:rPr>
          <w:rFonts w:ascii="Times New Roman" w:hAnsi="Times New Roman" w:cs="B Nazanin"/>
          <w:sz w:val="22"/>
          <w:szCs w:val="24"/>
          <w:rtl/>
        </w:rPr>
        <w:t>المللی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سلامت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اربعین،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خواهشمند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است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فرم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زیر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را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رعایت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موارد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اعلام</w:t>
      </w:r>
      <w:r w:rsidRPr="00023BBB">
        <w:rPr>
          <w:rFonts w:ascii="Times New Roman" w:hAnsi="Times New Roman" w:cs="B Nazanin"/>
          <w:sz w:val="22"/>
          <w:szCs w:val="24"/>
        </w:rPr>
        <w:t>‌</w:t>
      </w:r>
      <w:r w:rsidRPr="00023BBB">
        <w:rPr>
          <w:rFonts w:ascii="Times New Roman" w:hAnsi="Times New Roman" w:cs="B Nazanin"/>
          <w:sz w:val="22"/>
          <w:szCs w:val="24"/>
          <w:rtl/>
        </w:rPr>
        <w:t>شده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تکمیل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و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موعد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مقرر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دبیرخانه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کنگره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ارسال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فرمایید</w:t>
      </w:r>
      <w:r w:rsidRPr="00023BBB">
        <w:rPr>
          <w:rFonts w:ascii="Times New Roman" w:hAnsi="Times New Roman" w:cs="B Nazanin"/>
          <w:sz w:val="22"/>
          <w:szCs w:val="24"/>
        </w:rPr>
        <w:t xml:space="preserve">. </w:t>
      </w:r>
      <w:r w:rsidRPr="00023BBB">
        <w:rPr>
          <w:rFonts w:ascii="Times New Roman" w:hAnsi="Times New Roman" w:cs="B Nazanin"/>
          <w:sz w:val="22"/>
          <w:szCs w:val="24"/>
          <w:rtl/>
        </w:rPr>
        <w:t>خلاصه</w:t>
      </w:r>
      <w:r w:rsidRPr="00023BBB">
        <w:rPr>
          <w:rFonts w:ascii="Times New Roman" w:hAnsi="Times New Roman" w:cs="B Nazanin"/>
          <w:sz w:val="22"/>
          <w:szCs w:val="24"/>
        </w:rPr>
        <w:t>‌</w:t>
      </w:r>
      <w:r w:rsidRPr="00023BBB">
        <w:rPr>
          <w:rFonts w:ascii="Times New Roman" w:hAnsi="Times New Roman" w:cs="B Nazanin"/>
          <w:sz w:val="22"/>
          <w:szCs w:val="24"/>
          <w:rtl/>
        </w:rPr>
        <w:t>های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ارسالی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پس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از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بررسی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و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تأیید،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کتابچه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کنگره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منتشر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خواهند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حداکثر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حجم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خلاصه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مقاله</w:t>
      </w:r>
      <w:r w:rsidRPr="00023BBB">
        <w:rPr>
          <w:rFonts w:ascii="Times New Roman" w:hAnsi="Times New Roman" w:cs="B Nazanin"/>
          <w:sz w:val="22"/>
          <w:szCs w:val="24"/>
        </w:rPr>
        <w:t xml:space="preserve"> 500 </w:t>
      </w:r>
      <w:r w:rsidRPr="00023BBB">
        <w:rPr>
          <w:rFonts w:ascii="Times New Roman" w:hAnsi="Times New Roman" w:cs="B Nazanin"/>
          <w:sz w:val="22"/>
          <w:szCs w:val="24"/>
          <w:rtl/>
        </w:rPr>
        <w:t>کلمه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باشد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221759" w:rsidRDefault="00221759" w:rsidP="006C2B66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221759">
        <w:rPr>
          <w:rFonts w:ascii="Times New Roman" w:eastAsia="Times New Roman" w:hAnsi="Times New Roman" w:cs="B Nazanin"/>
          <w:szCs w:val="24"/>
          <w:rtl/>
        </w:rPr>
        <w:t xml:space="preserve">عنوان مقاله باید در </w:t>
      </w:r>
      <w:r w:rsidRPr="00221759">
        <w:rPr>
          <w:rFonts w:ascii="Times New Roman" w:eastAsia="Times New Roman" w:hAnsi="Times New Roman" w:cs="B Nazanin"/>
          <w:b/>
          <w:bCs/>
          <w:szCs w:val="24"/>
          <w:rtl/>
        </w:rPr>
        <w:t xml:space="preserve">وسط </w:t>
      </w:r>
      <w:r>
        <w:rPr>
          <w:rFonts w:ascii="Times New Roman" w:eastAsia="Times New Roman" w:hAnsi="Times New Roman" w:cs="B Nazanin" w:hint="cs"/>
          <w:b/>
          <w:bCs/>
          <w:szCs w:val="24"/>
          <w:rtl/>
        </w:rPr>
        <w:t>چین</w:t>
      </w:r>
      <w:r w:rsidRPr="00221759">
        <w:rPr>
          <w:rFonts w:ascii="Times New Roman" w:eastAsia="Times New Roman" w:hAnsi="Times New Roman" w:cs="B Nazanin"/>
          <w:b/>
          <w:bCs/>
          <w:szCs w:val="24"/>
          <w:rtl/>
        </w:rPr>
        <w:t>، با فونت</w:t>
      </w:r>
      <w:r w:rsidRPr="00221759">
        <w:rPr>
          <w:rFonts w:ascii="Times New Roman" w:eastAsia="Times New Roman" w:hAnsi="Times New Roman" w:cs="B Nazanin"/>
          <w:b/>
          <w:bCs/>
          <w:szCs w:val="24"/>
        </w:rPr>
        <w:t xml:space="preserve"> B </w:t>
      </w:r>
      <w:proofErr w:type="spellStart"/>
      <w:r w:rsidRPr="00221759">
        <w:rPr>
          <w:rFonts w:ascii="Times New Roman" w:eastAsia="Times New Roman" w:hAnsi="Times New Roman" w:cs="B Nazanin"/>
          <w:b/>
          <w:bCs/>
          <w:szCs w:val="24"/>
        </w:rPr>
        <w:t>Nazanin</w:t>
      </w:r>
      <w:proofErr w:type="spellEnd"/>
      <w:r w:rsidRPr="00221759">
        <w:rPr>
          <w:rFonts w:ascii="Times New Roman" w:eastAsia="Times New Roman" w:hAnsi="Times New Roman" w:cs="B Nazanin"/>
          <w:b/>
          <w:bCs/>
          <w:szCs w:val="24"/>
          <w:rtl/>
        </w:rPr>
        <w:t>، اندازه 1</w:t>
      </w:r>
      <w:r w:rsidR="006C2B66">
        <w:rPr>
          <w:rFonts w:ascii="Times New Roman" w:eastAsia="Times New Roman" w:hAnsi="Times New Roman" w:cs="B Nazanin" w:hint="cs"/>
          <w:b/>
          <w:bCs/>
          <w:szCs w:val="24"/>
          <w:rtl/>
        </w:rPr>
        <w:t>4</w:t>
      </w:r>
      <w:r w:rsidRPr="00221759">
        <w:rPr>
          <w:rFonts w:ascii="Times New Roman" w:eastAsia="Times New Roman" w:hAnsi="Times New Roman" w:cs="B Nazanin"/>
          <w:b/>
          <w:bCs/>
          <w:szCs w:val="24"/>
          <w:rtl/>
        </w:rPr>
        <w:t xml:space="preserve"> و به صورت</w:t>
      </w:r>
      <w:r w:rsidRPr="00221759">
        <w:rPr>
          <w:rFonts w:ascii="Times New Roman" w:eastAsia="Times New Roman" w:hAnsi="Times New Roman" w:cs="B Nazanin"/>
          <w:b/>
          <w:bCs/>
          <w:szCs w:val="24"/>
        </w:rPr>
        <w:t xml:space="preserve"> Bold</w:t>
      </w:r>
      <w:r w:rsidRPr="00221759">
        <w:rPr>
          <w:rFonts w:ascii="Times New Roman" w:eastAsia="Times New Roman" w:hAnsi="Times New Roman" w:cs="B Nazanin"/>
          <w:szCs w:val="24"/>
        </w:rPr>
        <w:t xml:space="preserve"> </w:t>
      </w:r>
      <w:r w:rsidRPr="00221759">
        <w:rPr>
          <w:rFonts w:ascii="Times New Roman" w:eastAsia="Times New Roman" w:hAnsi="Times New Roman" w:cs="B Nazanin"/>
          <w:szCs w:val="24"/>
          <w:rtl/>
        </w:rPr>
        <w:t>نوشته شود</w:t>
      </w:r>
      <w:r w:rsidRPr="00221759">
        <w:rPr>
          <w:rFonts w:ascii="Times New Roman" w:eastAsia="Times New Roman" w:hAnsi="Times New Roman" w:cs="B Nazanin"/>
          <w:szCs w:val="24"/>
        </w:rPr>
        <w:t>.</w:t>
      </w:r>
    </w:p>
    <w:p w:rsidR="00914733" w:rsidRPr="00023BBB" w:rsidRDefault="00221759" w:rsidP="00221759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>
        <w:rPr>
          <w:rFonts w:ascii="Times New Roman" w:hAnsi="Times New Roman" w:cs="B Nazanin" w:hint="cs"/>
          <w:sz w:val="22"/>
          <w:szCs w:val="24"/>
          <w:rtl/>
        </w:rPr>
        <w:t>محتوای خلاصه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با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فونت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B Nazanin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،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اندازه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12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و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فاصله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خطوط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1.5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تنظیم</w:t>
      </w:r>
      <w:r w:rsidR="00AA066E"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="00AA066E" w:rsidRPr="00023BBB">
        <w:rPr>
          <w:rFonts w:ascii="Times New Roman" w:hAnsi="Times New Roman" w:cs="B Nazanin"/>
          <w:sz w:val="22"/>
          <w:szCs w:val="24"/>
          <w:rtl/>
        </w:rPr>
        <w:t>شود</w:t>
      </w:r>
      <w:r w:rsidR="00AA066E"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متن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انگلیسی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فونت</w:t>
      </w:r>
      <w:r w:rsidRPr="00023BBB">
        <w:rPr>
          <w:rFonts w:ascii="Times New Roman" w:hAnsi="Times New Roman" w:cs="B Nazanin"/>
          <w:sz w:val="22"/>
          <w:szCs w:val="24"/>
        </w:rPr>
        <w:t xml:space="preserve"> Times New Roman</w:t>
      </w:r>
      <w:r w:rsidRPr="00023BBB">
        <w:rPr>
          <w:rFonts w:ascii="Times New Roman" w:hAnsi="Times New Roman" w:cs="B Nazanin"/>
          <w:sz w:val="22"/>
          <w:szCs w:val="24"/>
          <w:rtl/>
        </w:rPr>
        <w:t>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اندازه</w:t>
      </w:r>
      <w:r w:rsidRPr="00023BBB">
        <w:rPr>
          <w:rFonts w:ascii="Times New Roman" w:hAnsi="Times New Roman" w:cs="B Nazanin"/>
          <w:sz w:val="22"/>
          <w:szCs w:val="24"/>
        </w:rPr>
        <w:t xml:space="preserve"> 12 </w:t>
      </w:r>
      <w:r w:rsidRPr="00023BBB">
        <w:rPr>
          <w:rFonts w:ascii="Times New Roman" w:hAnsi="Times New Roman" w:cs="B Nazanin"/>
          <w:sz w:val="22"/>
          <w:szCs w:val="24"/>
          <w:rtl/>
        </w:rPr>
        <w:t>تنظیم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شود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از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درج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جدول،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شکل،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نمودار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و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تصاویر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خوددا</w:t>
      </w:r>
      <w:r w:rsidRPr="00023BBB">
        <w:rPr>
          <w:rFonts w:ascii="Times New Roman" w:hAnsi="Times New Roman" w:cs="B Nazanin"/>
          <w:sz w:val="22"/>
          <w:szCs w:val="24"/>
          <w:rtl/>
        </w:rPr>
        <w:t>ری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شود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وابستگی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سازمانی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نویسندگان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شماره</w:t>
      </w:r>
      <w:r w:rsidRPr="00023BBB">
        <w:rPr>
          <w:rFonts w:ascii="Times New Roman" w:hAnsi="Times New Roman" w:cs="B Nazanin"/>
          <w:sz w:val="22"/>
          <w:szCs w:val="24"/>
        </w:rPr>
        <w:t>‌</w:t>
      </w:r>
      <w:r w:rsidRPr="00023BBB">
        <w:rPr>
          <w:rFonts w:ascii="Times New Roman" w:hAnsi="Times New Roman" w:cs="B Nazanin"/>
          <w:sz w:val="22"/>
          <w:szCs w:val="24"/>
          <w:rtl/>
        </w:rPr>
        <w:t>گذاری</w:t>
      </w:r>
      <w:r w:rsidRPr="00023BBB">
        <w:rPr>
          <w:rFonts w:ascii="Times New Roman" w:hAnsi="Times New Roman" w:cs="B Nazanin"/>
          <w:sz w:val="22"/>
          <w:szCs w:val="24"/>
        </w:rPr>
        <w:t xml:space="preserve"> Superscript </w:t>
      </w:r>
      <w:r w:rsidRPr="00023BBB">
        <w:rPr>
          <w:rFonts w:ascii="Times New Roman" w:hAnsi="Times New Roman" w:cs="B Nazanin"/>
          <w:sz w:val="22"/>
          <w:szCs w:val="24"/>
          <w:rtl/>
        </w:rPr>
        <w:t>مشخص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شود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مسئولیت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صحت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اطلاعات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عهده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نویسنده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مسئول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است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914733" w:rsidRPr="00023BBB" w:rsidRDefault="00AA066E" w:rsidP="00023BBB">
      <w:pPr>
        <w:pStyle w:val="ListBullet"/>
        <w:bidi/>
        <w:jc w:val="both"/>
        <w:rPr>
          <w:rFonts w:ascii="Times New Roman" w:hAnsi="Times New Roman" w:cs="B Nazanin"/>
          <w:sz w:val="22"/>
          <w:szCs w:val="24"/>
        </w:rPr>
      </w:pPr>
      <w:r w:rsidRPr="00023BBB">
        <w:rPr>
          <w:rFonts w:ascii="Times New Roman" w:hAnsi="Times New Roman" w:cs="B Nazanin"/>
          <w:sz w:val="22"/>
          <w:szCs w:val="24"/>
          <w:rtl/>
        </w:rPr>
        <w:t>در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صورت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ناقص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بودن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فرم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یا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عدم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رعایت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دستورالعمل</w:t>
      </w:r>
      <w:r w:rsidRPr="00023BBB">
        <w:rPr>
          <w:rFonts w:ascii="Times New Roman" w:hAnsi="Times New Roman" w:cs="B Nazanin"/>
          <w:sz w:val="22"/>
          <w:szCs w:val="24"/>
        </w:rPr>
        <w:t>‌</w:t>
      </w:r>
      <w:r w:rsidRPr="00023BBB">
        <w:rPr>
          <w:rFonts w:ascii="Times New Roman" w:hAnsi="Times New Roman" w:cs="B Nazanin"/>
          <w:sz w:val="22"/>
          <w:szCs w:val="24"/>
          <w:rtl/>
        </w:rPr>
        <w:t>ها،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خلاصه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مقاله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بررسی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و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چاپ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نخواهد</w:t>
      </w:r>
      <w:r w:rsidRPr="00023BBB">
        <w:rPr>
          <w:rFonts w:ascii="Times New Roman" w:hAnsi="Times New Roman" w:cs="B Nazanin"/>
          <w:sz w:val="22"/>
          <w:szCs w:val="24"/>
        </w:rPr>
        <w:t xml:space="preserve"> </w:t>
      </w:r>
      <w:r w:rsidRPr="00023BBB">
        <w:rPr>
          <w:rFonts w:ascii="Times New Roman" w:hAnsi="Times New Roman" w:cs="B Nazanin"/>
          <w:sz w:val="22"/>
          <w:szCs w:val="24"/>
          <w:rtl/>
        </w:rPr>
        <w:t>شد</w:t>
      </w:r>
      <w:r w:rsidRPr="00023BBB">
        <w:rPr>
          <w:rFonts w:ascii="Times New Roman" w:hAnsi="Times New Roman" w:cs="B Nazanin"/>
          <w:sz w:val="22"/>
          <w:szCs w:val="24"/>
        </w:rPr>
        <w:t>.</w:t>
      </w:r>
    </w:p>
    <w:p w:rsidR="00023BBB" w:rsidRDefault="00023BBB" w:rsidP="00023BBB">
      <w:pPr>
        <w:pStyle w:val="Heading2"/>
        <w:bidi/>
        <w:jc w:val="both"/>
        <w:rPr>
          <w:rFonts w:cs="Calibri"/>
        </w:rPr>
      </w:pPr>
    </w:p>
    <w:p w:rsidR="00023BBB" w:rsidRPr="00221759" w:rsidRDefault="00023BBB" w:rsidP="00221759">
      <w:pPr>
        <w:bidi/>
        <w:rPr>
          <w:rFonts w:asciiTheme="majorHAnsi" w:eastAsiaTheme="majorEastAsia" w:hAnsi="Times New Roman" w:cs="B Nazanin"/>
          <w:b/>
          <w:bCs/>
          <w:color w:val="4F81BD" w:themeColor="accent1"/>
          <w:sz w:val="26"/>
          <w:szCs w:val="26"/>
          <w:rtl/>
        </w:rPr>
      </w:pPr>
      <w:r>
        <w:rPr>
          <w:rFonts w:cs="Calibri"/>
          <w:rtl/>
        </w:rPr>
        <w:br w:type="page"/>
      </w:r>
    </w:p>
    <w:p w:rsidR="00023BBB" w:rsidRDefault="00023BBB" w:rsidP="00023BBB">
      <w:pPr>
        <w:pStyle w:val="Heading2"/>
        <w:bidi/>
        <w:jc w:val="both"/>
        <w:rPr>
          <w:rFonts w:cs="Calibri"/>
          <w:rtl/>
        </w:rPr>
      </w:pPr>
    </w:p>
    <w:p w:rsidR="00023BBB" w:rsidRDefault="00023BBB" w:rsidP="00023BBB">
      <w:pPr>
        <w:pStyle w:val="Heading2"/>
        <w:bidi/>
        <w:jc w:val="both"/>
        <w:rPr>
          <w:rFonts w:cs="Calibri"/>
          <w:rtl/>
        </w:rPr>
      </w:pPr>
    </w:p>
    <w:p w:rsidR="00023BBB" w:rsidRPr="00023BBB" w:rsidRDefault="00023BBB" w:rsidP="00023BBB">
      <w:pPr>
        <w:bidi/>
        <w:spacing w:after="0"/>
        <w:rPr>
          <w:szCs w:val="24"/>
        </w:rPr>
      </w:pPr>
      <w:r w:rsidRPr="006C2B66">
        <w:rPr>
          <w:rFonts w:cs="B Nazanin"/>
          <w:b/>
          <w:bCs/>
          <w:sz w:val="28"/>
          <w:szCs w:val="28"/>
          <w:rtl/>
        </w:rPr>
        <w:t>عنوان</w:t>
      </w:r>
      <w:r w:rsidRPr="006C2B66">
        <w:rPr>
          <w:b/>
          <w:sz w:val="28"/>
          <w:szCs w:val="28"/>
        </w:rPr>
        <w:t xml:space="preserve"> </w:t>
      </w:r>
      <w:r w:rsidRPr="006C2B66">
        <w:rPr>
          <w:rFonts w:cs="B Nazanin"/>
          <w:b/>
          <w:bCs/>
          <w:sz w:val="28"/>
          <w:szCs w:val="28"/>
          <w:rtl/>
        </w:rPr>
        <w:t>مقاله</w:t>
      </w:r>
      <w:r w:rsidRPr="00023BBB">
        <w:rPr>
          <w:b/>
          <w:szCs w:val="24"/>
        </w:rPr>
        <w:t>:</w:t>
      </w:r>
    </w:p>
    <w:p w:rsidR="00023BBB" w:rsidRPr="00023BBB" w:rsidRDefault="00023BBB" w:rsidP="006C2B66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نام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و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نام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خانوادگی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نویسندگان</w:t>
      </w:r>
      <w:r w:rsidRPr="00023BBB">
        <w:rPr>
          <w:b/>
          <w:szCs w:val="24"/>
        </w:rPr>
        <w:t>:</w:t>
      </w:r>
      <w:r w:rsidR="00221759">
        <w:rPr>
          <w:rFonts w:hint="cs"/>
          <w:b/>
          <w:szCs w:val="24"/>
          <w:rtl/>
        </w:rPr>
        <w:t xml:space="preserve"> </w:t>
      </w:r>
      <w:r w:rsidR="00221759" w:rsidRPr="006C2B66">
        <w:rPr>
          <w:rFonts w:cs="B Nazanin" w:hint="cs"/>
          <w:b/>
          <w:sz w:val="22"/>
          <w:rtl/>
        </w:rPr>
        <w:t xml:space="preserve">(به صورت ردیف، با فونت 11 </w:t>
      </w:r>
      <w:r w:rsidR="006C2B66" w:rsidRPr="006C2B66">
        <w:rPr>
          <w:rFonts w:cs="B Nazanin" w:hint="cs"/>
          <w:b/>
          <w:sz w:val="22"/>
          <w:rtl/>
        </w:rPr>
        <w:t>و با ویرگول جداشوند.)</w:t>
      </w:r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وابستگی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سازمانی</w:t>
      </w:r>
      <w:r w:rsidRPr="00023BBB">
        <w:rPr>
          <w:b/>
          <w:szCs w:val="24"/>
        </w:rPr>
        <w:t>:</w:t>
      </w:r>
      <w:r w:rsidRPr="00023BBB">
        <w:rPr>
          <w:rFonts w:hint="cs"/>
          <w:b/>
          <w:szCs w:val="24"/>
          <w:rtl/>
        </w:rPr>
        <w:t xml:space="preserve"> </w:t>
      </w:r>
      <w:r w:rsidRPr="00023BBB">
        <w:rPr>
          <w:rFonts w:cs="B Nazanin" w:hint="cs"/>
          <w:b/>
          <w:szCs w:val="24"/>
          <w:rtl/>
        </w:rPr>
        <w:t>(وابستگی سازمانی نویسندگان به صورت عدد و سوپر اسکریپت مشخص شود</w:t>
      </w:r>
      <w:r w:rsidR="00221759">
        <w:rPr>
          <w:rFonts w:cs="B Nazanin" w:hint="cs"/>
          <w:b/>
          <w:szCs w:val="24"/>
          <w:rtl/>
        </w:rPr>
        <w:t>، فونت 11</w:t>
      </w:r>
      <w:r w:rsidRPr="00023BBB">
        <w:rPr>
          <w:rFonts w:cs="B Nazanin" w:hint="cs"/>
          <w:b/>
          <w:szCs w:val="24"/>
          <w:rtl/>
        </w:rPr>
        <w:t>.)</w:t>
      </w:r>
      <w:r w:rsidRPr="00023BBB">
        <w:rPr>
          <w:rFonts w:hint="cs"/>
          <w:b/>
          <w:szCs w:val="24"/>
          <w:rtl/>
        </w:rPr>
        <w:t xml:space="preserve"> </w:t>
      </w:r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نویسنده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مسئول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و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ایمیل</w:t>
      </w:r>
      <w:r w:rsidRPr="00023BBB">
        <w:rPr>
          <w:b/>
          <w:szCs w:val="24"/>
        </w:rPr>
        <w:t>:</w:t>
      </w:r>
      <w:r w:rsidRPr="00023BBB">
        <w:rPr>
          <w:b/>
          <w:szCs w:val="24"/>
        </w:rPr>
        <w:br/>
      </w:r>
      <w:r w:rsidRPr="00023BBB">
        <w:rPr>
          <w:rFonts w:cs="B Nazanin"/>
          <w:b/>
          <w:bCs/>
          <w:szCs w:val="24"/>
          <w:rtl/>
        </w:rPr>
        <w:t>مقدمه</w:t>
      </w:r>
      <w:r w:rsidRPr="00023BBB">
        <w:rPr>
          <w:rFonts w:hint="cs"/>
          <w:b/>
          <w:szCs w:val="24"/>
          <w:rtl/>
        </w:rPr>
        <w:t xml:space="preserve"> </w:t>
      </w:r>
      <w:r w:rsidRPr="00023BBB">
        <w:rPr>
          <w:b/>
          <w:szCs w:val="24"/>
        </w:rPr>
        <w:br/>
      </w:r>
      <w:r w:rsidRPr="00023BBB">
        <w:rPr>
          <w:rFonts w:cs="B Nazanin"/>
          <w:b/>
          <w:bCs/>
          <w:szCs w:val="24"/>
          <w:rtl/>
        </w:rPr>
        <w:t xml:space="preserve"> هدف</w:t>
      </w:r>
      <w:r w:rsidRPr="00023BBB">
        <w:rPr>
          <w:b/>
          <w:szCs w:val="24"/>
        </w:rPr>
        <w:t>:</w:t>
      </w:r>
      <w:bookmarkStart w:id="0" w:name="_GoBack"/>
      <w:bookmarkEnd w:id="0"/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روش</w:t>
      </w:r>
      <w:r w:rsidRPr="00023BBB">
        <w:rPr>
          <w:b/>
          <w:szCs w:val="24"/>
        </w:rPr>
        <w:t xml:space="preserve"> </w:t>
      </w:r>
      <w:r w:rsidRPr="00023BBB">
        <w:rPr>
          <w:rFonts w:cs="B Nazanin"/>
          <w:b/>
          <w:bCs/>
          <w:szCs w:val="24"/>
          <w:rtl/>
        </w:rPr>
        <w:t>بررسی</w:t>
      </w:r>
      <w:r w:rsidRPr="00023BBB">
        <w:rPr>
          <w:b/>
          <w:szCs w:val="24"/>
        </w:rPr>
        <w:t>:</w:t>
      </w:r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یافته</w:t>
      </w:r>
      <w:r w:rsidRPr="00023BBB">
        <w:rPr>
          <w:b/>
          <w:szCs w:val="24"/>
        </w:rPr>
        <w:t>‌</w:t>
      </w:r>
      <w:r w:rsidRPr="00023BBB">
        <w:rPr>
          <w:rFonts w:cs="B Nazanin"/>
          <w:b/>
          <w:bCs/>
          <w:szCs w:val="24"/>
          <w:rtl/>
        </w:rPr>
        <w:t>ها</w:t>
      </w:r>
      <w:r w:rsidRPr="00023BBB">
        <w:rPr>
          <w:b/>
          <w:szCs w:val="24"/>
        </w:rPr>
        <w:t>:</w:t>
      </w:r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نتیجه</w:t>
      </w:r>
      <w:r w:rsidRPr="00023BBB">
        <w:rPr>
          <w:b/>
          <w:szCs w:val="24"/>
        </w:rPr>
        <w:t>‌</w:t>
      </w:r>
      <w:r w:rsidRPr="00023BBB">
        <w:rPr>
          <w:rFonts w:cs="B Nazanin"/>
          <w:b/>
          <w:bCs/>
          <w:szCs w:val="24"/>
          <w:rtl/>
        </w:rPr>
        <w:t>گیری</w:t>
      </w:r>
      <w:r w:rsidRPr="00023BBB">
        <w:rPr>
          <w:b/>
          <w:szCs w:val="24"/>
        </w:rPr>
        <w:t>:</w:t>
      </w:r>
    </w:p>
    <w:p w:rsidR="00023BBB" w:rsidRPr="00023BBB" w:rsidRDefault="00023BBB" w:rsidP="00023BBB">
      <w:pPr>
        <w:bidi/>
        <w:spacing w:after="0"/>
        <w:rPr>
          <w:szCs w:val="24"/>
        </w:rPr>
      </w:pPr>
      <w:r w:rsidRPr="00023BBB">
        <w:rPr>
          <w:rFonts w:cs="B Nazanin"/>
          <w:b/>
          <w:bCs/>
          <w:szCs w:val="24"/>
          <w:rtl/>
        </w:rPr>
        <w:t>کلیدواژه</w:t>
      </w:r>
      <w:r w:rsidRPr="00023BBB">
        <w:rPr>
          <w:b/>
          <w:szCs w:val="24"/>
        </w:rPr>
        <w:t>‌</w:t>
      </w:r>
      <w:r w:rsidRPr="00023BBB">
        <w:rPr>
          <w:rFonts w:cs="B Nazanin"/>
          <w:b/>
          <w:bCs/>
          <w:szCs w:val="24"/>
          <w:rtl/>
        </w:rPr>
        <w:t>ها</w:t>
      </w:r>
      <w:r w:rsidRPr="00023BBB">
        <w:rPr>
          <w:rFonts w:hint="cs"/>
          <w:b/>
          <w:szCs w:val="24"/>
          <w:rtl/>
        </w:rPr>
        <w:t xml:space="preserve"> </w:t>
      </w:r>
      <w:r w:rsidRPr="00023BBB">
        <w:rPr>
          <w:rFonts w:cs="B Nazanin" w:hint="cs"/>
          <w:b/>
          <w:szCs w:val="24"/>
          <w:rtl/>
        </w:rPr>
        <w:t>( 3 تا 5 مورد)</w:t>
      </w:r>
    </w:p>
    <w:p w:rsidR="00AA066E" w:rsidRDefault="00AA066E" w:rsidP="00023BBB">
      <w:pPr>
        <w:bidi/>
        <w:jc w:val="both"/>
      </w:pPr>
    </w:p>
    <w:sectPr w:rsidR="00AA066E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66E" w:rsidRDefault="00AA066E" w:rsidP="00DC281A">
      <w:pPr>
        <w:spacing w:after="0" w:line="240" w:lineRule="auto"/>
      </w:pPr>
      <w:r>
        <w:separator/>
      </w:r>
    </w:p>
  </w:endnote>
  <w:endnote w:type="continuationSeparator" w:id="0">
    <w:p w:rsidR="00AA066E" w:rsidRDefault="00AA066E" w:rsidP="00DC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66E" w:rsidRDefault="00AA066E" w:rsidP="00DC281A">
      <w:pPr>
        <w:spacing w:after="0" w:line="240" w:lineRule="auto"/>
      </w:pPr>
      <w:r>
        <w:separator/>
      </w:r>
    </w:p>
  </w:footnote>
  <w:footnote w:type="continuationSeparator" w:id="0">
    <w:p w:rsidR="00AA066E" w:rsidRDefault="00AA066E" w:rsidP="00DC2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81A" w:rsidRPr="00CE1926" w:rsidRDefault="00CE1926" w:rsidP="00CE1926">
    <w:pPr>
      <w:pStyle w:val="Header"/>
    </w:pPr>
    <w:r>
      <w:rPr>
        <w:noProof/>
      </w:rPr>
      <w:drawing>
        <wp:inline distT="0" distB="0" distL="0" distR="0">
          <wp:extent cx="5486400" cy="1209675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hatGPT Image Jul 5, 2026, 01_29_23 PM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0000"/>
                  <a:stretch/>
                </pic:blipFill>
                <pic:spPr bwMode="auto">
                  <a:xfrm>
                    <a:off x="0" y="0"/>
                    <a:ext cx="5486400" cy="1209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A42A2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3BBB"/>
    <w:rsid w:val="00034616"/>
    <w:rsid w:val="0006063C"/>
    <w:rsid w:val="0015074B"/>
    <w:rsid w:val="00221759"/>
    <w:rsid w:val="0029639D"/>
    <w:rsid w:val="00326F90"/>
    <w:rsid w:val="006C2B66"/>
    <w:rsid w:val="00914733"/>
    <w:rsid w:val="00A02B79"/>
    <w:rsid w:val="00AA066E"/>
    <w:rsid w:val="00AA1D8D"/>
    <w:rsid w:val="00B47730"/>
    <w:rsid w:val="00CB0664"/>
    <w:rsid w:val="00CE1926"/>
    <w:rsid w:val="00DC28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18D6B8"/>
  <w14:defaultImageDpi w14:val="300"/>
  <w15:docId w15:val="{CD1E2F0E-A589-4F57-AD55-25E88D75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B Nazanin" w:eastAsia="B Nazanin" w:hAnsi="B Nazani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8C092A-4135-4839-A2EB-C9625F97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ASUS</cp:lastModifiedBy>
  <cp:revision>2</cp:revision>
  <dcterms:created xsi:type="dcterms:W3CDTF">2026-07-05T10:12:00Z</dcterms:created>
  <dcterms:modified xsi:type="dcterms:W3CDTF">2026-07-05T10:12:00Z</dcterms:modified>
  <cp:category/>
</cp:coreProperties>
</file>